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חפץ עם סיפור ומה הופך אותו למיוחד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לזיכרון משפחתי ולמזכרות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שלט מוזיאון לחפץ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כוס קטנה עם פרחים חרוטים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הסיפור והאהבה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 החפץ, ממה עשוי, למי שייך ומה הסיפור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חפץ חדש כמו שרשרת מיום הולדת יכול להיות מזכרת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- מסבתא לבת ומהבת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מזכיר את ריח העוגה כזיכרון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לצלם, לצייר או לספר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בטקסט במילים החשובות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פמוט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שמדליקים בו נרות בשבת)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(כרטיס מוכתם עם הוראות לאפייה)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(שחור לבן, מראה אנשים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(בד מקושט בתפרים צבעוניים)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(מסביר מה החפץ ולמי הוא שייך)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רבתא עלתה ממרוקו עם הכוס עטופה בצעיף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הכוס עברה מדור לדור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טליה מצאה את הכוס בארגז הישן במחסן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אמא סיפרה לטליה את סיפור הכוס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שלט הכולל תיאור החפץ, חומר, שייכות וסיפור קצר - ייבדק על פי שלמות הפרטים ולא על פי 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יכולה לכלול שמירה על זיכרון, חיבור לדורות קודמים, תחושת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חפץ ששומר זיכרון של אדם או רגע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סבירה: פמוט, תמונה, צעצוע, תכשיט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והאהבה חשובים יותר מהמחיר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חפץ מהבית ליום הצגה של 'מוזיאון הכיתה'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סיפורים משפחתיים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חפצים ששומרים זיכרון של המשפחה.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להחזיק או להשתמש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מזכרת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ששומרים כדי לזכור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שקרה ושאנחנו זוכרים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פמוט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שמכניסים בו נר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מקושט בתפרים צבעוניים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 מוזיאון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קטן שמסביר על חפץ בתערוכה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באותה תקופה, למשל סבא וסבתא הם דור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טליה מצאה בארגז?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כוס קטנה עם פרחים חרוטים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פמוט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בשחור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צעיף רקום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ארץ הגיעה הכוס?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היתה הכוס עטופה?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הופך חפץ להיות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והאהבה שבתוכו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כתוב בשלט של המוזיאון?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המחיר של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החפץ, ממה עשוי, למי שייך ומה הסיפור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שם המוזיאון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תאריך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עם סיפור חייב להיות ישן ויקר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חפצים עם סיפור יכולים לעבור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ריח של עוגה לפי מתכון משפחתי יכול להיות חלק מזיכרון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 אפשר להביא חפץ לכיתה, אי אפשר לספר עליו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פמוט הוא כלי שמכניסים בו נר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חפץ עם סיפור הוא כמו קופסה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כלי שמכניסים בו נר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חפץ שמקושט בתפרים צבעוניים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קטן שמסביר על חפץ בתערוכה נקרא __________ מוזיאון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טליה מצאה את הכוס בארגז ישן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החלק הכי חשוב בחפץ הוא ה__________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פמוט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כרטיס מוכתם עם הוראות לאפייה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מתכון בכתב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שמדליקים בו נרות בשבת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 ישנה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מסביר מה החפץ ולמי הוא שייך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צעיף רקום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שחור לבן, מראה אנשים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שלט מוזיאון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 מקושט בתפרים צבעוניים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הכוס עברה מדור לדור במשפחה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רבתא עלתה ממרוקו עם הכוס עטופה בצעיף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סיפרה לטליה את סיפור הכוס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מצאה את הכוס בארגז הישן במחסן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מהבית שלכם שיש לו סיפור. כתבו שלט מוזיאון קצר עליו: מה החפץ, ממה הוא עשוי, למי הוא שייך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לשמור חפצים עם סיפור במשפחה?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חפץ עם 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לחפץ שיכול להיות מזכרת משפחתית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יותר בחפץ - המחיר או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